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D40426" w:rsidRDefault="00000000" w14:paraId="42DEA1E2" w14:textId="77777777">
      <w:pPr>
        <w:spacing w:after="80"/>
      </w:pPr>
      <w:r>
        <w:rPr>
          <w:noProof/>
        </w:rPr>
        <w:drawing>
          <wp:inline distT="0" distB="0" distL="0" distR="0" wp14:anchorId="65149D97" wp14:editId="62EEA0D7">
            <wp:extent cx="3337560" cy="4083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ron_header_logo_only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40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426" w:rsidRDefault="00000000" w14:paraId="71F54246" w14:textId="77777777">
      <w:pPr>
        <w:spacing w:after="60"/>
      </w:pPr>
      <w:r>
        <w:rPr>
          <w:b/>
          <w:color w:val="17365D"/>
          <w:sz w:val="44"/>
        </w:rPr>
        <w:t>Equipment Listing Information Form</w:t>
      </w:r>
    </w:p>
    <w:p w:rsidR="00D40426" w:rsidRDefault="00000000" w14:paraId="68FC7C33" w14:textId="77777777">
      <w:pPr>
        <w:spacing w:after="160"/>
      </w:pPr>
      <w:r>
        <w:rPr>
          <w:color w:val="5B6573"/>
          <w:sz w:val="19"/>
        </w:rPr>
        <w:t>Please provide as much information as possible. If you do not have every detail, that is perfectly fine—we are happy to work with what you have.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D40426" w14:paraId="5B065066" w14:textId="77777777">
        <w:tc>
          <w:tcPr>
            <w:tcW w:w="9360" w:type="dxa"/>
            <w:tcBorders>
              <w:top w:val="single" w:color="2E75B6" w:sz="8" w:space="0"/>
              <w:left w:val="single" w:color="2E75B6" w:sz="8" w:space="0"/>
              <w:bottom w:val="single" w:color="2E75B6" w:sz="8" w:space="0"/>
              <w:right w:val="single" w:color="2E75B6" w:sz="8" w:space="0"/>
            </w:tcBorders>
            <w:shd w:val="clear" w:color="auto" w:fill="D5E2F1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D40426" w:rsidRDefault="00000000" w14:paraId="3935ABA3" w14:textId="77777777">
            <w:pPr>
              <w:spacing w:after="0"/>
            </w:pPr>
            <w:r>
              <w:rPr>
                <w:b/>
                <w:color w:val="17365D"/>
                <w:sz w:val="18"/>
              </w:rPr>
              <w:t xml:space="preserve">How to complete: </w:t>
            </w:r>
            <w:r>
              <w:rPr>
                <w:color w:val="17365D"/>
                <w:sz w:val="18"/>
              </w:rPr>
              <w:t>Click each shaded response field and type your answer. Save the completed document and return it with photos, video, and documentation.</w:t>
            </w:r>
          </w:p>
        </w:tc>
      </w:tr>
    </w:tbl>
    <w:p w:rsidR="00D40426" w:rsidRDefault="00000000" w14:paraId="1C473E23" w14:textId="77777777">
      <w:pPr>
        <w:keepNext/>
        <w:spacing w:before="200"/>
      </w:pPr>
      <w:r>
        <w:rPr>
          <w:b/>
          <w:color w:val="17365D"/>
          <w:sz w:val="24"/>
        </w:rPr>
        <w:t>1  COMPANY, OWNERSHIP &amp; CONTACT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2F499443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4277976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Company name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96B9F47" w14:textId="40C1C7A3">
            <w:pPr>
              <w:spacing w:after="0"/>
            </w:pPr>
            <w:sdt>
              <w:sdtPr>
                <w:alias w:val="COMPANY_NAME"/>
                <w:tag w:val="COMPANY_NAME"/>
                <w:id w:val="-717275958"/>
                <w:text/>
              </w:sdtPr>
              <w:sdtContent>
                <w:r>
                  <w:rPr>
                    <w:i/>
                    <w:color w:val="5B6573"/>
                  </w:rPr>
                  <w:t>{{COMPANY_NAME}}</w:t>
                </w:r>
              </w:sdtContent>
            </w:sdt>
          </w:p>
        </w:tc>
      </w:tr>
      <w:tr w:rsidR="00D40426" w14:paraId="43067924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4C98C15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Company main address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30FCEE2" w14:textId="77777777">
            <w:pPr>
              <w:spacing w:after="0"/>
            </w:pPr>
            <w:sdt>
              <w:sdtPr>
                <w:alias w:val="COMPANY_ADDRESS"/>
                <w:tag w:val="COMPANY_ADDRESS"/>
                <w:id w:val="16823619"/>
                <w:text/>
              </w:sdtPr>
              <w:sdtContent>
                <w:r>
                  <w:rPr>
                    <w:i/>
                    <w:color w:val="5B6573"/>
                  </w:rPr>
                  <w:t>{{COMPANY_ADDRESS}}</w:t>
                </w:r>
              </w:sdtContent>
            </w:sdt>
          </w:p>
          <w:p w:rsidR="00D40426" w:rsidRDefault="00000000" w14:paraId="12C5A2E2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  <w:tr w:rsidR="00D40426" w14:paraId="04338B17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A622707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Equipment owner / legal owner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2802649" w14:textId="77777777">
            <w:pPr>
              <w:spacing w:after="0"/>
            </w:pPr>
            <w:sdt>
              <w:sdtPr>
                <w:alias w:val="EQUIPMENT_OWNER"/>
                <w:tag w:val="EQUIPMENT_OWNER"/>
                <w:id w:val="848524325"/>
                <w:text/>
              </w:sdtPr>
              <w:sdtContent>
                <w:r>
                  <w:rPr>
                    <w:i/>
                    <w:color w:val="5B6573"/>
                  </w:rPr>
                  <w:t>{{EQUIPMENT_OWNER}}</w:t>
                </w:r>
              </w:sdtContent>
            </w:sdt>
          </w:p>
        </w:tc>
      </w:tr>
      <w:tr w:rsidR="00D40426" w14:paraId="5590D4A6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86BA5A8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Best contact person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4BEEFA0" w14:textId="77777777">
            <w:pPr>
              <w:spacing w:after="0"/>
            </w:pPr>
            <w:sdt>
              <w:sdtPr>
                <w:alias w:val="CONTACT_PERSON"/>
                <w:tag w:val="CONTACT_PERSON"/>
                <w:id w:val="402106823"/>
                <w:text/>
              </w:sdtPr>
              <w:sdtContent>
                <w:r>
                  <w:rPr>
                    <w:i/>
                    <w:color w:val="5B6573"/>
                  </w:rPr>
                  <w:t>{{CONTACT_PERSON}}</w:t>
                </w:r>
              </w:sdtContent>
            </w:sdt>
          </w:p>
        </w:tc>
      </w:tr>
      <w:tr w:rsidR="00D40426" w14:paraId="20E511E9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03ADA2B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Title / department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CD072BE" w14:textId="77777777">
            <w:pPr>
              <w:spacing w:after="0"/>
            </w:pPr>
            <w:sdt>
              <w:sdtPr>
                <w:alias w:val="CONTACT_TITLE"/>
                <w:tag w:val="CONTACT_TITLE"/>
                <w:id w:val="-2019695689"/>
                <w:text/>
              </w:sdtPr>
              <w:sdtContent>
                <w:r>
                  <w:rPr>
                    <w:i/>
                    <w:color w:val="5B6573"/>
                  </w:rPr>
                  <w:t>{{CONTACT_TITLE}}</w:t>
                </w:r>
              </w:sdtContent>
            </w:sdt>
          </w:p>
        </w:tc>
      </w:tr>
      <w:tr w:rsidR="00D40426" w14:paraId="09C7B5EB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EECE858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Phone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19A437F" w14:textId="77777777">
            <w:pPr>
              <w:spacing w:after="0"/>
            </w:pPr>
            <w:sdt>
              <w:sdtPr>
                <w:alias w:val="CONTACT_PHONE"/>
                <w:tag w:val="CONTACT_PHONE"/>
                <w:id w:val="204998809"/>
                <w:text/>
              </w:sdtPr>
              <w:sdtContent>
                <w:r>
                  <w:rPr>
                    <w:i/>
                    <w:color w:val="5B6573"/>
                  </w:rPr>
                  <w:t>{{CONTACT_PHONE}}</w:t>
                </w:r>
              </w:sdtContent>
            </w:sdt>
          </w:p>
        </w:tc>
      </w:tr>
      <w:tr w:rsidR="00D40426" w14:paraId="29C66C39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D9AB237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Email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2B3CA83" w14:textId="77777777">
            <w:pPr>
              <w:spacing w:after="0"/>
            </w:pPr>
            <w:sdt>
              <w:sdtPr>
                <w:alias w:val="CONTACT_EMAIL"/>
                <w:tag w:val="CONTACT_EMAIL"/>
                <w:id w:val="215560523"/>
                <w:text/>
              </w:sdtPr>
              <w:sdtContent>
                <w:r>
                  <w:rPr>
                    <w:i/>
                    <w:color w:val="5B6573"/>
                  </w:rPr>
                  <w:t>{{CONTACT_EMAIL}}</w:t>
                </w:r>
              </w:sdtContent>
            </w:sdt>
          </w:p>
        </w:tc>
      </w:tr>
    </w:tbl>
    <w:p w:rsidR="00D40426" w:rsidRDefault="00000000" w14:paraId="3C329FF2" w14:textId="77777777">
      <w:pPr>
        <w:keepNext/>
        <w:spacing w:before="200"/>
      </w:pPr>
      <w:r>
        <w:rPr>
          <w:b/>
          <w:color w:val="17365D"/>
          <w:sz w:val="24"/>
        </w:rPr>
        <w:t>2  EQUIPMENT IDENTIFICATION &amp; LOCATION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1C5DB941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D2EED90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Manufacturer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C5CA7AD" w14:textId="77777777">
            <w:pPr>
              <w:spacing w:after="0"/>
            </w:pPr>
            <w:sdt>
              <w:sdtPr>
                <w:alias w:val="MANUFACTURER"/>
                <w:tag w:val="MANUFACTURER"/>
                <w:id w:val="-1288581766"/>
                <w:text/>
              </w:sdtPr>
              <w:sdtContent>
                <w:r>
                  <w:rPr>
                    <w:i/>
                    <w:color w:val="5B6573"/>
                  </w:rPr>
                  <w:t>{{MANUFACTURER}}</w:t>
                </w:r>
              </w:sdtContent>
            </w:sdt>
          </w:p>
        </w:tc>
      </w:tr>
      <w:tr w:rsidR="00D40426" w14:paraId="1460ED23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298C4E2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Model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9C5FCE0" w14:textId="77777777">
            <w:pPr>
              <w:spacing w:after="0"/>
            </w:pPr>
            <w:sdt>
              <w:sdtPr>
                <w:alias w:val="MODEL"/>
                <w:tag w:val="MODEL"/>
                <w:id w:val="-1761217849"/>
                <w:text/>
              </w:sdtPr>
              <w:sdtContent>
                <w:r>
                  <w:rPr>
                    <w:i/>
                    <w:color w:val="5B6573"/>
                  </w:rPr>
                  <w:t>{{MODEL}}</w:t>
                </w:r>
              </w:sdtContent>
            </w:sdt>
          </w:p>
        </w:tc>
      </w:tr>
      <w:tr w:rsidR="00D40426" w14:paraId="17A7EBE9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57606FE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Serial number(s)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BF72FB6" w14:textId="77777777">
            <w:pPr>
              <w:spacing w:after="0"/>
            </w:pPr>
            <w:sdt>
              <w:sdtPr>
                <w:alias w:val="SERIAL_NUMBERS"/>
                <w:tag w:val="SERIAL_NUMBERS"/>
                <w:id w:val="-1445155371"/>
                <w:text/>
              </w:sdtPr>
              <w:sdtContent>
                <w:r>
                  <w:rPr>
                    <w:i/>
                    <w:color w:val="5B6573"/>
                  </w:rPr>
                  <w:t>{{SERIAL_NUMBERS}}</w:t>
                </w:r>
              </w:sdtContent>
            </w:sdt>
          </w:p>
        </w:tc>
      </w:tr>
      <w:tr w:rsidR="00D40426" w14:paraId="3B44C901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0121480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Approximate year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0A93795" w14:textId="77777777">
            <w:pPr>
              <w:spacing w:after="0"/>
            </w:pPr>
            <w:sdt>
              <w:sdtPr>
                <w:alias w:val="EQUIPMENT_YEAR"/>
                <w:tag w:val="EQUIPMENT_YEAR"/>
                <w:id w:val="1301035948"/>
                <w:text/>
              </w:sdtPr>
              <w:sdtContent>
                <w:r>
                  <w:rPr>
                    <w:i/>
                    <w:color w:val="5B6573"/>
                  </w:rPr>
                  <w:t>{{EQUIPMENT_YEAR}}</w:t>
                </w:r>
              </w:sdtContent>
            </w:sdt>
          </w:p>
        </w:tc>
      </w:tr>
      <w:tr w:rsidR="00D40426" w14:paraId="1C54B065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8E00367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Full equipment location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4EF70AB" w14:textId="77777777">
            <w:pPr>
              <w:spacing w:after="0"/>
            </w:pPr>
            <w:sdt>
              <w:sdtPr>
                <w:alias w:val="EQUIPMENT_LOCATION"/>
                <w:tag w:val="EQUIPMENT_LOCATION"/>
                <w:id w:val="562299556"/>
                <w:text/>
              </w:sdtPr>
              <w:sdtContent>
                <w:r>
                  <w:rPr>
                    <w:i/>
                    <w:color w:val="5B6573"/>
                  </w:rPr>
                  <w:t>{{EQUIPMENT_LOCATION}}</w:t>
                </w:r>
              </w:sdtContent>
            </w:sdt>
          </w:p>
          <w:p w:rsidR="00D40426" w:rsidRDefault="00000000" w14:paraId="52BC494B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  <w:tr w:rsidR="00D40426" w14:paraId="6FEC925D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7FFD214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Overall dimensions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C2B3CBB" w14:textId="77777777">
            <w:pPr>
              <w:spacing w:after="0"/>
            </w:pPr>
            <w:sdt>
              <w:sdtPr>
                <w:alias w:val="DIMENSIONS"/>
                <w:tag w:val="DIMENSIONS"/>
                <w:id w:val="596364717"/>
                <w:text/>
              </w:sdtPr>
              <w:sdtContent>
                <w:r>
                  <w:rPr>
                    <w:i/>
                    <w:color w:val="5B6573"/>
                  </w:rPr>
                  <w:t>{{DIMENSIONS}}</w:t>
                </w:r>
              </w:sdtContent>
            </w:sdt>
          </w:p>
        </w:tc>
      </w:tr>
      <w:tr w:rsidR="00D40426" w14:paraId="71F0ECAA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1B7DD23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Approximate weight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5AB8285" w14:textId="77777777">
            <w:pPr>
              <w:spacing w:after="0"/>
            </w:pPr>
            <w:sdt>
              <w:sdtPr>
                <w:alias w:val="WEIGHT"/>
                <w:tag w:val="WEIGHT"/>
                <w:id w:val="-9072445"/>
                <w:text/>
              </w:sdtPr>
              <w:sdtContent>
                <w:r>
                  <w:rPr>
                    <w:i/>
                    <w:color w:val="5B6573"/>
                  </w:rPr>
                  <w:t>{{WEIGHT}}</w:t>
                </w:r>
              </w:sdtContent>
            </w:sdt>
          </w:p>
        </w:tc>
      </w:tr>
    </w:tbl>
    <w:p w:rsidR="00D40426" w:rsidRDefault="00000000" w14:paraId="42B41FDB" w14:textId="77777777">
      <w:r>
        <w:br w:type="page"/>
      </w:r>
    </w:p>
    <w:p w:rsidR="00D40426" w:rsidRDefault="00000000" w14:paraId="1336F631" w14:textId="77777777">
      <w:pPr>
        <w:keepNext/>
        <w:spacing w:before="200"/>
      </w:pPr>
      <w:r>
        <w:rPr>
          <w:b/>
          <w:color w:val="17365D"/>
          <w:sz w:val="24"/>
        </w:rPr>
        <w:t>3  PURCHASE &amp; FINANCIAL INFORMATION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5728BFB4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E8F8347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Purchased new or used?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2AC0D97" w14:textId="77777777">
            <w:pPr>
              <w:spacing w:after="0"/>
            </w:pPr>
            <w:sdt>
              <w:sdtPr>
                <w:alias w:val="PURCHASED_NEW_OR_USED"/>
                <w:tag w:val="PURCHASED_NEW_OR_USED"/>
                <w:id w:val="2065913438"/>
                <w:text/>
              </w:sdtPr>
              <w:sdtContent>
                <w:r>
                  <w:rPr>
                    <w:i/>
                    <w:color w:val="5B6573"/>
                  </w:rPr>
                  <w:t>{{PURCHASED_NEW_OR_USED}}</w:t>
                </w:r>
              </w:sdtContent>
            </w:sdt>
          </w:p>
        </w:tc>
      </w:tr>
      <w:tr w:rsidR="00D40426" w14:paraId="45E20D76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14F4045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Year purchased (if known)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86175C6" w14:textId="77777777">
            <w:pPr>
              <w:spacing w:after="0"/>
            </w:pPr>
            <w:sdt>
              <w:sdtPr>
                <w:alias w:val="YEAR_PURCHASED"/>
                <w:tag w:val="YEAR_PURCHASED"/>
                <w:id w:val="-69206189"/>
                <w:text/>
              </w:sdtPr>
              <w:sdtContent>
                <w:r>
                  <w:rPr>
                    <w:i/>
                    <w:color w:val="5B6573"/>
                  </w:rPr>
                  <w:t>{{YEAR_PURCHASED}}</w:t>
                </w:r>
              </w:sdtContent>
            </w:sdt>
          </w:p>
        </w:tc>
      </w:tr>
      <w:tr w:rsidR="00D40426" w14:paraId="6A451C3D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C2B42E9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Original purchase price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2B28C5B" w14:textId="77777777">
            <w:pPr>
              <w:spacing w:after="0"/>
            </w:pPr>
            <w:sdt>
              <w:sdtPr>
                <w:alias w:val="ORIGINAL_PURCHASE_PRICE"/>
                <w:tag w:val="ORIGINAL_PURCHASE_PRICE"/>
                <w:id w:val="-1921093987"/>
                <w:text/>
              </w:sdtPr>
              <w:sdtContent>
                <w:r>
                  <w:rPr>
                    <w:i/>
                    <w:color w:val="5B6573"/>
                  </w:rPr>
                  <w:t>{{ORIGINAL_PURCHASE_PRICE}}</w:t>
                </w:r>
              </w:sdtContent>
            </w:sdt>
          </w:p>
        </w:tc>
      </w:tr>
      <w:tr w:rsidR="00D40426" w14:paraId="1515EA81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8594DF6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Liens or encumbrances?</w:t>
            </w:r>
            <w:r>
              <w:rPr>
                <w:b/>
                <w:color w:val="17365D"/>
                <w:sz w:val="19"/>
              </w:rPr>
              <w:br/>
            </w:r>
            <w:r>
              <w:rPr>
                <w:b/>
                <w:color w:val="17365D"/>
                <w:sz w:val="19"/>
              </w:rPr>
              <w:t>If yes, please explain.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1510D599" w14:textId="77777777">
            <w:pPr>
              <w:spacing w:after="0"/>
            </w:pPr>
            <w:sdt>
              <w:sdtPr>
                <w:alias w:val="LIENS_OR_ENCUMBRANCES"/>
                <w:tag w:val="LIENS_OR_ENCUMBRANCES"/>
                <w:id w:val="-2084746322"/>
                <w:text/>
              </w:sdtPr>
              <w:sdtContent>
                <w:r>
                  <w:rPr>
                    <w:i/>
                    <w:color w:val="5B6573"/>
                  </w:rPr>
                  <w:t>{{LIENS_OR_ENCUMBRANCES}}</w:t>
                </w:r>
              </w:sdtContent>
            </w:sdt>
          </w:p>
          <w:p w:rsidR="00D40426" w:rsidRDefault="00000000" w14:paraId="4B263D99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  <w:tr w:rsidR="00D40426" w14:paraId="7D143360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4D21B20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Expected / realistic asking price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B676050" w14:textId="77777777">
            <w:pPr>
              <w:spacing w:after="0"/>
            </w:pPr>
            <w:sdt>
              <w:sdtPr>
                <w:alias w:val="ASKING_PRICE"/>
                <w:tag w:val="ASKING_PRICE"/>
                <w:id w:val="801899949"/>
                <w:text/>
              </w:sdtPr>
              <w:sdtContent>
                <w:r>
                  <w:rPr>
                    <w:i/>
                    <w:color w:val="5B6573"/>
                  </w:rPr>
                  <w:t>{{ASKING_PRICE}}</w:t>
                </w:r>
              </w:sdtContent>
            </w:sdt>
          </w:p>
        </w:tc>
      </w:tr>
    </w:tbl>
    <w:p w:rsidR="00D40426" w:rsidRDefault="00000000" w14:paraId="0B03F699" w14:textId="77777777">
      <w:pPr>
        <w:keepNext/>
        <w:spacing w:before="200"/>
      </w:pPr>
      <w:r>
        <w:rPr>
          <w:b/>
          <w:color w:val="17365D"/>
          <w:sz w:val="24"/>
        </w:rPr>
        <w:t>4  CONDITION &amp; OPERATING HISTORY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51B31C8C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217F46B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Is the equipment complete?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C08867C" w14:textId="77777777">
            <w:pPr>
              <w:spacing w:after="0"/>
            </w:pPr>
            <w:sdt>
              <w:sdtPr>
                <w:alias w:val="COMPLETE_STATUS"/>
                <w:tag w:val="COMPLETE_STATUS"/>
                <w:id w:val="-1674096158"/>
                <w:text/>
              </w:sdtPr>
              <w:sdtContent>
                <w:r>
                  <w:rPr>
                    <w:i/>
                    <w:color w:val="5B6573"/>
                  </w:rPr>
                  <w:t>{{COMPLETE_STATUS}}</w:t>
                </w:r>
              </w:sdtContent>
            </w:sdt>
          </w:p>
        </w:tc>
      </w:tr>
      <w:tr w:rsidR="00D40426" w14:paraId="17405B7F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F5AFD2D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Is the equipment operational?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0AF8AC7" w14:textId="77777777">
            <w:pPr>
              <w:spacing w:after="0"/>
            </w:pPr>
            <w:sdt>
              <w:sdtPr>
                <w:alias w:val="OPERATIONAL_STATUS"/>
                <w:tag w:val="OPERATIONAL_STATUS"/>
                <w:id w:val="1389842444"/>
                <w:text/>
              </w:sdtPr>
              <w:sdtContent>
                <w:r>
                  <w:rPr>
                    <w:i/>
                    <w:color w:val="5B6573"/>
                  </w:rPr>
                  <w:t>{{OPERATIONAL_STATUS}}</w:t>
                </w:r>
              </w:sdtContent>
            </w:sdt>
          </w:p>
        </w:tc>
      </w:tr>
      <w:tr w:rsidR="00D40426" w14:paraId="1A6C5850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1B02C61F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Known missing parts, defects, or repairs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4774277" w14:textId="77777777">
            <w:pPr>
              <w:spacing w:after="0"/>
            </w:pPr>
            <w:sdt>
              <w:sdtPr>
                <w:alias w:val="CONDITION_DETAILS"/>
                <w:tag w:val="CONDITION_DETAILS"/>
                <w:id w:val="-59096557"/>
                <w:text/>
              </w:sdtPr>
              <w:sdtContent>
                <w:r>
                  <w:rPr>
                    <w:i/>
                    <w:color w:val="5B6573"/>
                  </w:rPr>
                  <w:t>{{CONDITION_DETAILS}}</w:t>
                </w:r>
              </w:sdtContent>
            </w:sdt>
          </w:p>
          <w:p w:rsidR="00D40426" w:rsidRDefault="00000000" w14:paraId="198E69BD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077B25F8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  <w:tr w:rsidR="00D40426" w14:paraId="1A7DE402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984B7E6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When was it last used?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38FCD4C" w14:textId="77777777">
            <w:pPr>
              <w:spacing w:after="0"/>
            </w:pPr>
            <w:sdt>
              <w:sdtPr>
                <w:alias w:val="LAST_USED"/>
                <w:tag w:val="LAST_USED"/>
                <w:id w:val="2105990804"/>
                <w:text/>
              </w:sdtPr>
              <w:sdtContent>
                <w:r>
                  <w:rPr>
                    <w:i/>
                    <w:color w:val="5B6573"/>
                  </w:rPr>
                  <w:t>{{LAST_USED}}</w:t>
                </w:r>
              </w:sdtContent>
            </w:sdt>
          </w:p>
        </w:tc>
      </w:tr>
      <w:tr w:rsidR="00D40426" w14:paraId="0C15AFB3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AA0E895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Previous product or application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A077D63" w14:textId="77777777">
            <w:pPr>
              <w:spacing w:after="0"/>
            </w:pPr>
            <w:sdt>
              <w:sdtPr>
                <w:alias w:val="PREVIOUS_APPLICATION"/>
                <w:tag w:val="PREVIOUS_APPLICATION"/>
                <w:id w:val="-1731997163"/>
                <w:text/>
              </w:sdtPr>
              <w:sdtContent>
                <w:r>
                  <w:rPr>
                    <w:i/>
                    <w:color w:val="5B6573"/>
                  </w:rPr>
                  <w:t>{{PREVIOUS_APPLICATION}}</w:t>
                </w:r>
              </w:sdtContent>
            </w:sdt>
          </w:p>
          <w:p w:rsidR="00D40426" w:rsidRDefault="00000000" w14:paraId="6E674D84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  <w:tr w:rsidR="00D40426" w14:paraId="4B951271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7022B7D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Reason for selling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94B1C7F" w14:textId="77777777">
            <w:pPr>
              <w:spacing w:after="0"/>
            </w:pPr>
            <w:sdt>
              <w:sdtPr>
                <w:alias w:val="REASON_FOR_SELLING"/>
                <w:tag w:val="REASON_FOR_SELLING"/>
                <w:id w:val="52587524"/>
                <w:text/>
              </w:sdtPr>
              <w:sdtContent>
                <w:r>
                  <w:rPr>
                    <w:i/>
                    <w:color w:val="5B6573"/>
                  </w:rPr>
                  <w:t>{{REASON_FOR_SELLING}}</w:t>
                </w:r>
              </w:sdtContent>
            </w:sdt>
          </w:p>
          <w:p w:rsidR="00D40426" w:rsidRDefault="00000000" w14:paraId="20B7F094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</w:tbl>
    <w:p w:rsidR="00D40426" w:rsidRDefault="00000000" w14:paraId="30F14721" w14:textId="77777777">
      <w:pPr>
        <w:keepNext/>
        <w:spacing w:before="200"/>
      </w:pPr>
      <w:r>
        <w:rPr>
          <w:b/>
          <w:color w:val="17365D"/>
          <w:sz w:val="24"/>
        </w:rPr>
        <w:t>5  INSPECTION, LOADING &amp; SHIPMENT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39E619C6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3427ACE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Can it be loaded onto a truck at the facility?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186E050F" w14:textId="77777777">
            <w:pPr>
              <w:spacing w:after="0"/>
            </w:pPr>
            <w:sdt>
              <w:sdtPr>
                <w:alias w:val="CAN_LOAD_ONSITE"/>
                <w:tag w:val="CAN_LOAD_ONSITE"/>
                <w:id w:val="-1618438372"/>
                <w:text/>
              </w:sdtPr>
              <w:sdtContent>
                <w:r>
                  <w:rPr>
                    <w:i/>
                    <w:color w:val="5B6573"/>
                  </w:rPr>
                  <w:t>{{CAN_LOAD_ONSITE}}</w:t>
                </w:r>
              </w:sdtContent>
            </w:sdt>
          </w:p>
        </w:tc>
      </w:tr>
      <w:tr w:rsidR="00D40426" w14:paraId="6CFA5B7E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B778843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Available loading equipment / assistance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3B3492F" w14:textId="77777777">
            <w:pPr>
              <w:spacing w:after="0"/>
            </w:pPr>
            <w:sdt>
              <w:sdtPr>
                <w:alias w:val="LOADING_CAPABILITY"/>
                <w:tag w:val="LOADING_CAPABILITY"/>
                <w:id w:val="-1609122732"/>
                <w:text/>
              </w:sdtPr>
              <w:sdtContent>
                <w:r>
                  <w:rPr>
                    <w:i/>
                    <w:color w:val="5B6573"/>
                  </w:rPr>
                  <w:t>{{LOADING_CAPABILITY}}</w:t>
                </w:r>
              </w:sdtContent>
            </w:sdt>
          </w:p>
          <w:p w:rsidR="00D40426" w:rsidRDefault="00000000" w14:paraId="2A2F2064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  <w:tr w:rsidR="00D40426" w14:paraId="44A64458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5B94CF55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If not, estimated preparation or loading cost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6E2D2B5" w14:textId="77777777">
            <w:pPr>
              <w:spacing w:after="0"/>
            </w:pPr>
            <w:sdt>
              <w:sdtPr>
                <w:alias w:val="LOAD_PREP_COST"/>
                <w:tag w:val="LOAD_PREP_COST"/>
                <w:id w:val="-311178186"/>
                <w:text/>
              </w:sdtPr>
              <w:sdtContent>
                <w:r>
                  <w:rPr>
                    <w:i/>
                    <w:color w:val="5B6573"/>
                  </w:rPr>
                  <w:t>{{LOAD_PREP_COST}}</w:t>
                </w:r>
              </w:sdtContent>
            </w:sdt>
          </w:p>
        </w:tc>
      </w:tr>
      <w:tr w:rsidR="00D40426" w14:paraId="1FF25C1A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998ADD9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Is an on-site inspection possible?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1523B6B" w14:textId="77777777">
            <w:pPr>
              <w:spacing w:after="0"/>
            </w:pPr>
            <w:sdt>
              <w:sdtPr>
                <w:alias w:val="INSPECTION_AVAILABLE"/>
                <w:tag w:val="INSPECTION_AVAILABLE"/>
                <w:id w:val="1971086113"/>
                <w:text/>
              </w:sdtPr>
              <w:sdtContent>
                <w:r>
                  <w:rPr>
                    <w:i/>
                    <w:color w:val="5B6573"/>
                  </w:rPr>
                  <w:t>{{INSPECTION_AVAILABLE}}</w:t>
                </w:r>
              </w:sdtContent>
            </w:sdt>
          </w:p>
        </w:tc>
      </w:tr>
      <w:tr w:rsidR="00D40426" w14:paraId="06A3936F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FC40692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Inspection requirements or scheduling notes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E3CE090" w14:textId="77777777">
            <w:pPr>
              <w:spacing w:after="0"/>
            </w:pPr>
            <w:sdt>
              <w:sdtPr>
                <w:alias w:val="INSPECTION_NOTES"/>
                <w:tag w:val="INSPECTION_NOTES"/>
                <w:id w:val="-1593925672"/>
                <w:text/>
              </w:sdtPr>
              <w:sdtContent>
                <w:r>
                  <w:rPr>
                    <w:i/>
                    <w:color w:val="5B6573"/>
                  </w:rPr>
                  <w:t>{{INSPECTION_NOTES}}</w:t>
                </w:r>
              </w:sdtContent>
            </w:sdt>
          </w:p>
          <w:p w:rsidR="00D40426" w:rsidRDefault="00000000" w14:paraId="42A9C97D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</w:tbl>
    <w:p w:rsidR="00D40426" w:rsidRDefault="00000000" w14:paraId="4C5BC6B1" w14:textId="77777777">
      <w:r>
        <w:br w:type="page"/>
      </w:r>
    </w:p>
    <w:p w:rsidR="00D40426" w:rsidRDefault="00000000" w14:paraId="77E24512" w14:textId="77777777">
      <w:pPr>
        <w:keepNext/>
        <w:spacing w:before="200"/>
      </w:pPr>
      <w:r>
        <w:rPr>
          <w:b/>
          <w:color w:val="17365D"/>
          <w:sz w:val="24"/>
        </w:rPr>
        <w:t>6  PHOTOS, VIDEO &amp; DOCUMENTATION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16AF6CDD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E80BC66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High-resolution photos included?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BC86E71" w14:textId="77777777">
            <w:pPr>
              <w:spacing w:after="0"/>
            </w:pPr>
            <w:sdt>
              <w:sdtPr>
                <w:alias w:val="PHOTOS_INCLUDED"/>
                <w:tag w:val="PHOTOS_INCLUDED"/>
                <w:id w:val="109256846"/>
                <w:text/>
              </w:sdtPr>
              <w:sdtContent>
                <w:r>
                  <w:rPr>
                    <w:i/>
                    <w:color w:val="5B6573"/>
                  </w:rPr>
                  <w:t>{{PHOTOS_INCLUDED}}</w:t>
                </w:r>
              </w:sdtContent>
            </w:sdt>
          </w:p>
        </w:tc>
      </w:tr>
      <w:tr w:rsidR="00D40426" w14:paraId="7DFB9DF0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2F00571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Operating video available or included?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D0DB1DE" w14:textId="77777777">
            <w:pPr>
              <w:spacing w:after="0"/>
            </w:pPr>
            <w:sdt>
              <w:sdtPr>
                <w:alias w:val="VIDEO_AVAILABLE"/>
                <w:tag w:val="VIDEO_AVAILABLE"/>
                <w:id w:val="47889023"/>
                <w:text/>
              </w:sdtPr>
              <w:sdtContent>
                <w:r>
                  <w:rPr>
                    <w:i/>
                    <w:color w:val="5B6573"/>
                  </w:rPr>
                  <w:t>{{VIDEO_AVAILABLE}}</w:t>
                </w:r>
              </w:sdtContent>
            </w:sdt>
          </w:p>
        </w:tc>
      </w:tr>
      <w:tr w:rsidR="00D40426" w14:paraId="43F4E394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8E6EF62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Manuals available?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0E7A4B5C" w14:textId="77777777">
            <w:pPr>
              <w:spacing w:after="0"/>
            </w:pPr>
            <w:sdt>
              <w:sdtPr>
                <w:alias w:val="MANUALS_AVAILABLE"/>
                <w:tag w:val="MANUALS_AVAILABLE"/>
                <w:id w:val="156434814"/>
                <w:text/>
              </w:sdtPr>
              <w:sdtContent>
                <w:r>
                  <w:rPr>
                    <w:i/>
                    <w:color w:val="5B6573"/>
                  </w:rPr>
                  <w:t>{{MANUALS_AVAILABLE}}</w:t>
                </w:r>
              </w:sdtContent>
            </w:sdt>
          </w:p>
        </w:tc>
      </w:tr>
      <w:tr w:rsidR="00D40426" w14:paraId="5F2684AF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4CB6DD3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Drawings available?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B40FA6A" w14:textId="77777777">
            <w:pPr>
              <w:spacing w:after="0"/>
            </w:pPr>
            <w:sdt>
              <w:sdtPr>
                <w:alias w:val="DRAWINGS_AVAILABLE"/>
                <w:tag w:val="DRAWINGS_AVAILABLE"/>
                <w:id w:val="-307865537"/>
                <w:text/>
              </w:sdtPr>
              <w:sdtContent>
                <w:r>
                  <w:rPr>
                    <w:i/>
                    <w:color w:val="5B6573"/>
                  </w:rPr>
                  <w:t>{{DRAWINGS_AVAILABLE}}</w:t>
                </w:r>
              </w:sdtContent>
            </w:sdt>
          </w:p>
        </w:tc>
      </w:tr>
      <w:tr w:rsidR="00D40426" w14:paraId="5828DDD7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3BD0AC8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Purchase / maintenance records available?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653995C" w14:textId="77777777">
            <w:pPr>
              <w:spacing w:after="0"/>
            </w:pPr>
            <w:sdt>
              <w:sdtPr>
                <w:alias w:val="RECORDS_AVAILABLE"/>
                <w:tag w:val="RECORDS_AVAILABLE"/>
                <w:id w:val="1616789218"/>
                <w:text/>
              </w:sdtPr>
              <w:sdtContent>
                <w:r>
                  <w:rPr>
                    <w:i/>
                    <w:color w:val="5B6573"/>
                  </w:rPr>
                  <w:t>{{RECORDS_AVAILABLE}}</w:t>
                </w:r>
              </w:sdtContent>
            </w:sdt>
          </w:p>
        </w:tc>
      </w:tr>
      <w:tr w:rsidR="00D40426" w14:paraId="5AD5FF26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2D36CEE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Files, links, or documentation notes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406A88B" w14:textId="77777777">
            <w:pPr>
              <w:spacing w:after="0"/>
            </w:pPr>
            <w:sdt>
              <w:sdtPr>
                <w:alias w:val="DOCUMENTATION_NOTES"/>
                <w:tag w:val="DOCUMENTATION_NOTES"/>
                <w:id w:val="2096738487"/>
                <w:text/>
              </w:sdtPr>
              <w:sdtContent>
                <w:r>
                  <w:rPr>
                    <w:i/>
                    <w:color w:val="5B6573"/>
                  </w:rPr>
                  <w:t>{{DOCUMENTATION_NOTES}}</w:t>
                </w:r>
              </w:sdtContent>
            </w:sdt>
          </w:p>
          <w:p w:rsidR="00D40426" w:rsidRDefault="00000000" w14:paraId="6685B4B2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3272027B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</w:tbl>
    <w:p w:rsidR="00D40426" w:rsidRDefault="00000000" w14:paraId="5EAA462B" w14:textId="77777777">
      <w:pPr>
        <w:keepNext/>
        <w:spacing w:before="200"/>
      </w:pPr>
      <w:r>
        <w:rPr>
          <w:b/>
          <w:color w:val="17365D"/>
          <w:sz w:val="24"/>
        </w:rPr>
        <w:t>7  ADDITIONAL EQUIPMENT NEEDS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22BC2EB7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4552D901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Additional equipment available for sale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165BDF19" w14:textId="77777777">
            <w:pPr>
              <w:spacing w:after="0"/>
            </w:pPr>
            <w:sdt>
              <w:sdtPr>
                <w:alias w:val="ADDITIONAL_EQUIPMENT_FOR_SALE"/>
                <w:tag w:val="ADDITIONAL_EQUIPMENT_FOR_SALE"/>
                <w:id w:val="-1156299551"/>
                <w:text/>
              </w:sdtPr>
              <w:sdtContent>
                <w:r>
                  <w:rPr>
                    <w:i/>
                    <w:color w:val="5B6573"/>
                  </w:rPr>
                  <w:t>{{ADDITIONAL_EQUIPMENT_FOR_SALE}}</w:t>
                </w:r>
              </w:sdtContent>
            </w:sdt>
          </w:p>
          <w:p w:rsidR="00D40426" w:rsidRDefault="00000000" w14:paraId="61BE6061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5F8456DB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730505CB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  <w:tr w:rsidR="00D40426" w14:paraId="741317F3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2858E099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Equipment you are currently looking to purchase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74AD174F" w14:textId="77777777">
            <w:pPr>
              <w:spacing w:after="0"/>
            </w:pPr>
            <w:sdt>
              <w:sdtPr>
                <w:alias w:val="EQUIPMENT_WANTED"/>
                <w:tag w:val="EQUIPMENT_WANTED"/>
                <w:id w:val="1590124712"/>
                <w:text/>
              </w:sdtPr>
              <w:sdtContent>
                <w:r>
                  <w:rPr>
                    <w:i/>
                    <w:color w:val="5B6573"/>
                  </w:rPr>
                  <w:t>{{EQUIPMENT_WANTED}}</w:t>
                </w:r>
              </w:sdtContent>
            </w:sdt>
          </w:p>
          <w:p w:rsidR="00D40426" w:rsidRDefault="00000000" w14:paraId="2D4AE4FD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2D3F7B6E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776EE34E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</w:tbl>
    <w:p w:rsidR="00D40426" w:rsidRDefault="00000000" w14:paraId="1B8AC5C8" w14:textId="77777777">
      <w:pPr>
        <w:keepNext/>
        <w:spacing w:before="200"/>
      </w:pPr>
      <w:r>
        <w:rPr>
          <w:b/>
          <w:color w:val="17365D"/>
          <w:sz w:val="24"/>
        </w:rPr>
        <w:t>8  ADDITIONAL COMMENTS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150"/>
        <w:gridCol w:w="6210"/>
      </w:tblGrid>
      <w:tr w:rsidR="00D40426" w14:paraId="2979C14E" w14:textId="77777777">
        <w:trPr>
          <w:cantSplit/>
        </w:trPr>
        <w:tc>
          <w:tcPr>
            <w:tcW w:w="315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35D250EA" w14:textId="77777777">
            <w:pPr>
              <w:keepNext/>
              <w:spacing w:after="0"/>
            </w:pPr>
            <w:r>
              <w:rPr>
                <w:b/>
                <w:color w:val="17365D"/>
                <w:sz w:val="19"/>
              </w:rPr>
              <w:t>Anything else we should know?</w:t>
            </w:r>
          </w:p>
        </w:tc>
        <w:tc>
          <w:tcPr>
            <w:tcW w:w="6210" w:type="dxa"/>
            <w:tcBorders>
              <w:top w:val="single" w:color="B7C7D9" w:sz="6" w:space="0"/>
              <w:left w:val="single" w:color="B7C7D9" w:sz="6" w:space="0"/>
              <w:bottom w:val="single" w:color="B7C7D9" w:sz="6" w:space="0"/>
              <w:right w:val="single" w:color="B7C7D9" w:sz="6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40426" w:rsidRDefault="00000000" w14:paraId="6076F0E1" w14:textId="77777777">
            <w:pPr>
              <w:spacing w:after="0"/>
            </w:pPr>
            <w:sdt>
              <w:sdtPr>
                <w:alias w:val="ADDITIONAL_COMMENTS"/>
                <w:tag w:val="ADDITIONAL_COMMENTS"/>
                <w:id w:val="-1677260409"/>
                <w:text/>
              </w:sdtPr>
              <w:sdtContent>
                <w:r>
                  <w:rPr>
                    <w:i/>
                    <w:color w:val="5B6573"/>
                  </w:rPr>
                  <w:t>{{ADDITIONAL_COMMENTS}}</w:t>
                </w:r>
              </w:sdtContent>
            </w:sdt>
          </w:p>
          <w:p w:rsidR="00D40426" w:rsidRDefault="00000000" w14:paraId="62AEFEDE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6E7484C7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0716C959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  <w:p w:rsidR="00D40426" w:rsidRDefault="00000000" w14:paraId="103702F9" w14:textId="77777777">
            <w:pPr>
              <w:spacing w:after="0"/>
            </w:pPr>
            <w:r>
              <w:rPr>
                <w:color w:val="222222"/>
              </w:rPr>
              <w:t xml:space="preserve"> </w:t>
            </w:r>
          </w:p>
        </w:tc>
      </w:tr>
    </w:tbl>
    <w:p w:rsidR="00000000" w:rsidP="7F7DAE32" w:rsidRDefault="00000000" w14:paraId="0A8757E3" w14:textId="7143B9E1">
      <w:pPr>
        <w:spacing w:before="200" w:after="40"/>
      </w:pPr>
      <w:r w:rsidRPr="7F7DAE32" w:rsidR="00000000">
        <w:rPr>
          <w:b w:val="1"/>
          <w:bCs w:val="1"/>
          <w:color w:val="17365D" w:themeColor="text2" w:themeTint="FF" w:themeShade="BF"/>
        </w:rPr>
        <w:t>Thank you for considering Aaron Equipment</w:t>
      </w:r>
    </w:p>
    <w:p w:rsidR="00D40426" w:rsidRDefault="00000000" w14:paraId="0A55BD9C" w14:textId="77777777">
      <w:pPr>
        <w:spacing w:after="0"/>
      </w:pPr>
      <w:r>
        <w:rPr>
          <w:color w:val="5B6573"/>
          <w:sz w:val="18"/>
        </w:rPr>
        <w:t>Once received, we will review the information, prepare the listing, and begin marketing the equipment to our worldwide customer network.</w:t>
      </w:r>
    </w:p>
    <w:sectPr w:rsidR="00D40426" w:rsidSect="00034616">
      <w:headerReference w:type="default" r:id="rId9"/>
      <w:footerReference w:type="even" r:id="rId10"/>
      <w:footerReference w:type="default" r:id="rId11"/>
      <w:pgSz w:w="12240" w:h="15840" w:orient="portrait"/>
      <w:pgMar w:top="893" w:right="1037" w:bottom="1526" w:left="1037" w:header="403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7FD7" w:rsidRDefault="009D7FD7" w14:paraId="39FDC981" w14:textId="77777777">
      <w:pPr>
        <w:spacing w:after="0" w:line="240" w:lineRule="auto"/>
      </w:pPr>
      <w:r>
        <w:separator/>
      </w:r>
    </w:p>
  </w:endnote>
  <w:endnote w:type="continuationSeparator" w:id="0">
    <w:p w:rsidR="009D7FD7" w:rsidRDefault="009D7FD7" w14:paraId="1AE100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40426" w:rsidRDefault="00000000" w14:paraId="47B663F8" w14:textId="77777777">
    <w:pPr>
      <w:spacing w:after="0" w:line="240" w:lineRule="auto"/>
      <w:jc w:val="center"/>
    </w:pPr>
    <w:r>
      <w:rPr>
        <w:noProof/>
      </w:rPr>
      <w:drawing>
        <wp:inline distT="0" distB="0" distL="0" distR="0" wp14:anchorId="779D4306" wp14:editId="67214519">
          <wp:extent cx="4434840" cy="817772"/>
          <wp:effectExtent l="0" t="0" r="0" b="0"/>
          <wp:docPr id="790323260" name="Picture 790323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4840" cy="817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0426" w:rsidRDefault="00000000" w14:paraId="3B25FB4F" w14:textId="10D089AB">
    <w:pPr>
      <w:spacing w:after="0" w:line="240" w:lineRule="auto"/>
      <w:jc w:val="center"/>
    </w:pPr>
    <w:r>
      <w:rPr>
        <w:sz w:val="12"/>
      </w:rPr>
      <w:t xml:space="preserve">Equipment Information Form  •  Page </w:t>
    </w:r>
    <w:r>
      <w:fldChar w:fldCharType="begin"/>
    </w:r>
    <w:r>
      <w:instrText>PAGE</w:instrText>
    </w:r>
    <w:r>
      <w:fldChar w:fldCharType="separate"/>
    </w:r>
    <w:r w:rsidR="00265B9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40426" w:rsidRDefault="00000000" w14:paraId="662215F5" w14:textId="77777777">
    <w:pPr>
      <w:spacing w:after="0" w:line="240" w:lineRule="auto"/>
      <w:jc w:val="center"/>
    </w:pPr>
    <w:r>
      <w:rPr>
        <w:noProof/>
      </w:rPr>
      <w:drawing>
        <wp:inline distT="0" distB="0" distL="0" distR="0" wp14:anchorId="0264BD1B" wp14:editId="6DB7734C">
          <wp:extent cx="4434840" cy="817772"/>
          <wp:effectExtent l="0" t="0" r="0" b="0"/>
          <wp:docPr id="1924180318" name="Picture 1924180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4840" cy="817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0426" w:rsidRDefault="00000000" w14:paraId="44B1343E" w14:textId="41706B48">
    <w:pPr>
      <w:spacing w:after="0" w:line="240" w:lineRule="auto"/>
      <w:jc w:val="center"/>
    </w:pPr>
    <w:r>
      <w:rPr>
        <w:sz w:val="12"/>
      </w:rPr>
      <w:t xml:space="preserve">Equipment Information Form  •  Page </w:t>
    </w:r>
    <w:r>
      <w:fldChar w:fldCharType="begin"/>
    </w:r>
    <w:r>
      <w:instrText>PAGE</w:instrText>
    </w:r>
    <w:r>
      <w:fldChar w:fldCharType="separate"/>
    </w:r>
    <w:r w:rsidR="00265B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7FD7" w:rsidRDefault="009D7FD7" w14:paraId="2DD94727" w14:textId="77777777">
      <w:pPr>
        <w:spacing w:after="0" w:line="240" w:lineRule="auto"/>
      </w:pPr>
      <w:r>
        <w:separator/>
      </w:r>
    </w:p>
  </w:footnote>
  <w:footnote w:type="continuationSeparator" w:id="0">
    <w:p w:rsidR="009D7FD7" w:rsidRDefault="009D7FD7" w14:paraId="14ACFC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426" w:rsidRDefault="00000000" w14:paraId="267BEED5" w14:textId="77777777">
    <w:pPr>
      <w:pStyle w:val="Header"/>
      <w:jc w:val="right"/>
    </w:pPr>
    <w:r>
      <w:rPr>
        <w:b/>
        <w:color w:val="5B6573"/>
        <w:sz w:val="15"/>
      </w:rPr>
      <w:t>AARON EQUIPMENT COMPANY  |  SELLER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500851658">
    <w:abstractNumId w:val="8"/>
  </w:num>
  <w:num w:numId="2" w16cid:durableId="702170384">
    <w:abstractNumId w:val="6"/>
  </w:num>
  <w:num w:numId="3" w16cid:durableId="386488187">
    <w:abstractNumId w:val="5"/>
  </w:num>
  <w:num w:numId="4" w16cid:durableId="460344449">
    <w:abstractNumId w:val="4"/>
  </w:num>
  <w:num w:numId="5" w16cid:durableId="924649121">
    <w:abstractNumId w:val="7"/>
  </w:num>
  <w:num w:numId="6" w16cid:durableId="329255712">
    <w:abstractNumId w:val="3"/>
  </w:num>
  <w:num w:numId="7" w16cid:durableId="685256843">
    <w:abstractNumId w:val="2"/>
  </w:num>
  <w:num w:numId="8" w16cid:durableId="2029990690">
    <w:abstractNumId w:val="1"/>
  </w:num>
  <w:num w:numId="9" w16cid:durableId="147202286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6063C"/>
    <w:rsid w:val="0015074B"/>
    <w:rsid w:val="00162834"/>
    <w:rsid w:val="001A1E8E"/>
    <w:rsid w:val="00265B99"/>
    <w:rsid w:val="0029639D"/>
    <w:rsid w:val="00326F90"/>
    <w:rsid w:val="007F349F"/>
    <w:rsid w:val="0098178A"/>
    <w:rsid w:val="009D7FD7"/>
    <w:rsid w:val="00AA1D8D"/>
    <w:rsid w:val="00B47730"/>
    <w:rsid w:val="00CB0664"/>
    <w:rsid w:val="00D40426"/>
    <w:rsid w:val="00FC693F"/>
    <w:rsid w:val="5C4EADD8"/>
    <w:rsid w:val="7F7DA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E2DF8D7-3A91-4CC3-8918-2A2D67CE51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Equipment Listing Information Form</dc:title>
  <dc:subject>Fillable seller equipment information form</dc:subject>
  <dc:creator>Aaron Equipment Company</dc:creator>
  <keywords/>
  <dc:description>generated by python-docx</dc:description>
  <lastModifiedBy>Casey Jordan</lastModifiedBy>
  <revision>6</revision>
  <dcterms:created xsi:type="dcterms:W3CDTF">2013-12-23T23:15:00.0000000Z</dcterms:created>
  <dcterms:modified xsi:type="dcterms:W3CDTF">2026-09-03T14:21:50.1086894Z</dcterms:modified>
  <category/>
</coreProperties>
</file>